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D30" w:rsidRPr="00FD3FDF" w:rsidRDefault="008A1728" w:rsidP="008A1728">
      <w:pPr>
        <w:spacing w:after="0"/>
        <w:jc w:val="both"/>
        <w:rPr>
          <w:b/>
        </w:rPr>
      </w:pPr>
      <w:r w:rsidRPr="00FD3FDF">
        <w:rPr>
          <w:b/>
        </w:rPr>
        <w:t xml:space="preserve">Report of </w:t>
      </w:r>
      <w:proofErr w:type="gramStart"/>
      <w:r w:rsidRPr="00FD3FDF">
        <w:rPr>
          <w:b/>
        </w:rPr>
        <w:t xml:space="preserve">" </w:t>
      </w:r>
      <w:proofErr w:type="spellStart"/>
      <w:r w:rsidR="005D581F" w:rsidRPr="00FD3FDF">
        <w:rPr>
          <w:rFonts w:ascii="Nirmala UI" w:hAnsi="Nirmala UI" w:cs="Nirmala UI"/>
          <w:b/>
        </w:rPr>
        <w:t>द</w:t>
      </w:r>
      <w:proofErr w:type="gramEnd"/>
      <w:r w:rsidR="005D581F" w:rsidRPr="00FD3FDF">
        <w:rPr>
          <w:rFonts w:ascii="Nirmala UI" w:hAnsi="Nirmala UI" w:cs="Nirmala UI"/>
          <w:b/>
        </w:rPr>
        <w:t>िल्ली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को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कूड़े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से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आज़ादी</w:t>
      </w:r>
      <w:proofErr w:type="spellEnd"/>
      <w:r w:rsidRPr="00FD3FDF">
        <w:rPr>
          <w:b/>
        </w:rPr>
        <w:t xml:space="preserve">- </w:t>
      </w:r>
      <w:proofErr w:type="spellStart"/>
      <w:r w:rsidRPr="00FD3FDF">
        <w:rPr>
          <w:b/>
        </w:rPr>
        <w:t>Swacchata</w:t>
      </w:r>
      <w:proofErr w:type="spellEnd"/>
      <w:r w:rsidRPr="00FD3FDF">
        <w:rPr>
          <w:b/>
        </w:rPr>
        <w:t xml:space="preserve"> Campaign"</w:t>
      </w:r>
    </w:p>
    <w:p w:rsidR="00497D30" w:rsidRDefault="008A1728" w:rsidP="008A1728">
      <w:pPr>
        <w:jc w:val="both"/>
      </w:pPr>
      <w:r>
        <w:t>Conducted from 01.08.2025 – 31.08.2025</w:t>
      </w:r>
    </w:p>
    <w:p w:rsidR="00497D30" w:rsidRPr="0042390D" w:rsidRDefault="008A1728" w:rsidP="008A1728">
      <w:pPr>
        <w:spacing w:after="0"/>
        <w:jc w:val="both"/>
        <w:rPr>
          <w:b/>
        </w:rPr>
      </w:pPr>
      <w:r w:rsidRPr="0042390D">
        <w:rPr>
          <w:b/>
        </w:rPr>
        <w:t>Name of the Institution:</w:t>
      </w:r>
      <w:r>
        <w:t xml:space="preserve"> </w:t>
      </w:r>
      <w:r w:rsidRPr="0042390D">
        <w:rPr>
          <w:b/>
        </w:rPr>
        <w:t>Sanjay Gandhi Memorial Hospital (SGMH),</w:t>
      </w:r>
      <w:r w:rsidR="00FD3FDF">
        <w:rPr>
          <w:b/>
        </w:rPr>
        <w:t xml:space="preserve"> S-block </w:t>
      </w:r>
      <w:proofErr w:type="spellStart"/>
      <w:r w:rsidR="00FD3FDF">
        <w:rPr>
          <w:b/>
        </w:rPr>
        <w:t>Mangolpuri</w:t>
      </w:r>
      <w:proofErr w:type="spellEnd"/>
      <w:r w:rsidR="00FD3FDF">
        <w:rPr>
          <w:b/>
        </w:rPr>
        <w:t>,</w:t>
      </w:r>
      <w:r w:rsidRPr="0042390D">
        <w:rPr>
          <w:b/>
        </w:rPr>
        <w:t xml:space="preserve"> Delhi</w:t>
      </w:r>
    </w:p>
    <w:p w:rsidR="00497D30" w:rsidRPr="0042390D" w:rsidRDefault="008A1728" w:rsidP="008A1728">
      <w:pPr>
        <w:jc w:val="both"/>
        <w:rPr>
          <w:b/>
        </w:rPr>
      </w:pPr>
      <w:r w:rsidRPr="0042390D">
        <w:rPr>
          <w:b/>
        </w:rPr>
        <w:t>Date: 01.08.2025</w:t>
      </w:r>
    </w:p>
    <w:p w:rsidR="00FD3FDF" w:rsidRDefault="008A1728" w:rsidP="008A1728">
      <w:pPr>
        <w:jc w:val="both"/>
      </w:pPr>
      <w:r w:rsidRPr="00FD3FDF">
        <w:rPr>
          <w:b/>
        </w:rPr>
        <w:t>Activity Conducted</w:t>
      </w:r>
      <w:r>
        <w:t>: Shramdaan and Cleanliness Drive in hospital premises (including outdoor areas and patient waiting zones)</w:t>
      </w:r>
    </w:p>
    <w:tbl>
      <w:tblPr>
        <w:tblStyle w:val="TableGrid"/>
        <w:tblpPr w:leftFromText="180" w:rightFromText="180" w:vertAnchor="page" w:horzAnchor="margin" w:tblpY="3642"/>
        <w:tblW w:w="5000" w:type="pct"/>
        <w:tblLook w:val="04A0" w:firstRow="1" w:lastRow="0" w:firstColumn="1" w:lastColumn="0" w:noHBand="0" w:noVBand="1"/>
      </w:tblPr>
      <w:tblGrid>
        <w:gridCol w:w="4889"/>
        <w:gridCol w:w="10"/>
        <w:gridCol w:w="10"/>
        <w:gridCol w:w="5087"/>
      </w:tblGrid>
      <w:tr w:rsidR="0031756C" w:rsidTr="0031756C">
        <w:trPr>
          <w:trHeight w:val="118"/>
        </w:trPr>
        <w:tc>
          <w:tcPr>
            <w:tcW w:w="0" w:type="auto"/>
          </w:tcPr>
          <w:p w:rsidR="0031756C" w:rsidRDefault="0031756C" w:rsidP="0031756C">
            <w:pPr>
              <w:jc w:val="both"/>
            </w:pPr>
            <w:r>
              <w:t>Before: Collection of water near the gate of SGMH</w:t>
            </w:r>
          </w:p>
        </w:tc>
        <w:tc>
          <w:tcPr>
            <w:tcW w:w="0" w:type="auto"/>
            <w:gridSpan w:val="3"/>
          </w:tcPr>
          <w:p w:rsidR="0031756C" w:rsidRDefault="0031756C" w:rsidP="0031756C">
            <w:pPr>
              <w:jc w:val="both"/>
            </w:pPr>
            <w:r>
              <w:t>After: removal of stagnant water at the same site.</w:t>
            </w:r>
          </w:p>
        </w:tc>
      </w:tr>
      <w:tr w:rsidR="0031756C" w:rsidTr="002F38DF">
        <w:trPr>
          <w:trHeight w:val="4710"/>
        </w:trPr>
        <w:tc>
          <w:tcPr>
            <w:tcW w:w="0" w:type="auto"/>
          </w:tcPr>
          <w:p w:rsidR="0031756C" w:rsidRDefault="0031756C" w:rsidP="0031756C">
            <w:pPr>
              <w:pStyle w:val="NormalWeb"/>
              <w:jc w:val="both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1905</wp:posOffset>
                  </wp:positionV>
                  <wp:extent cx="2376170" cy="3173730"/>
                  <wp:effectExtent l="19050" t="0" r="5080" b="0"/>
                  <wp:wrapTopAndBottom/>
                  <wp:docPr id="31" name="Picture 33" descr="C:\Users\QUALITY CELL\Downloads\WhatsApp Image 2025-08-01 at 12.02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QUALITY CELL\Downloads\WhatsApp Image 2025-08-01 at 12.02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317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3"/>
          </w:tcPr>
          <w:p w:rsidR="0031756C" w:rsidRDefault="0031756C" w:rsidP="0031756C">
            <w:pPr>
              <w:pStyle w:val="NormalWeb"/>
              <w:jc w:val="both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133350</wp:posOffset>
                  </wp:positionV>
                  <wp:extent cx="2590165" cy="3041650"/>
                  <wp:effectExtent l="19050" t="0" r="635" b="0"/>
                  <wp:wrapTopAndBottom/>
                  <wp:docPr id="32" name="Picture 6" descr="C:\Users\QUALITY CELL\Desktop\WhatsApp Image 2025-08-01 at 12.02.29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UALITY CELL\Desktop\WhatsApp Image 2025-08-01 at 12.02.29 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304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756C" w:rsidTr="0031756C">
        <w:trPr>
          <w:trHeight w:val="5096"/>
        </w:trPr>
        <w:tc>
          <w:tcPr>
            <w:tcW w:w="0" w:type="auto"/>
          </w:tcPr>
          <w:p w:rsidR="0031756C" w:rsidRDefault="0031756C" w:rsidP="0031756C">
            <w:pPr>
              <w:pStyle w:val="NormalWeb"/>
              <w:jc w:val="both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54610</wp:posOffset>
                  </wp:positionV>
                  <wp:extent cx="2574290" cy="3112135"/>
                  <wp:effectExtent l="19050" t="0" r="0" b="0"/>
                  <wp:wrapTopAndBottom/>
                  <wp:docPr id="34" name="Picture 14" descr="C:\Users\QUALITY CELL\Downloads\WhatsApp Image 2025-08-01 at 12.16.0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QUALITY CELL\Downloads\WhatsApp Image 2025-08-01 at 12.16.0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311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3"/>
          </w:tcPr>
          <w:p w:rsidR="0031756C" w:rsidRDefault="0031756C" w:rsidP="0031756C">
            <w:pPr>
              <w:pStyle w:val="NormalWeb"/>
              <w:jc w:val="both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54610</wp:posOffset>
                  </wp:positionV>
                  <wp:extent cx="2477770" cy="3112135"/>
                  <wp:effectExtent l="19050" t="0" r="0" b="0"/>
                  <wp:wrapTopAndBottom/>
                  <wp:docPr id="35" name="Picture 11" descr="C:\Users\QUALITY CELL\Downloads\WhatsApp Image 2025-08-01 at 12.02.3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QUALITY CELL\Downloads\WhatsApp Image 2025-08-01 at 12.02.3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311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756C" w:rsidTr="00131061">
        <w:trPr>
          <w:trHeight w:val="384"/>
        </w:trPr>
        <w:tc>
          <w:tcPr>
            <w:tcW w:w="2445" w:type="pct"/>
          </w:tcPr>
          <w:p w:rsidR="0031756C" w:rsidRDefault="0031756C" w:rsidP="0031756C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</w:rPr>
              <w:t xml:space="preserve">Before:Dirty wall near gate of SGMH  </w:t>
            </w:r>
          </w:p>
        </w:tc>
        <w:tc>
          <w:tcPr>
            <w:tcW w:w="2555" w:type="pct"/>
            <w:gridSpan w:val="3"/>
          </w:tcPr>
          <w:p w:rsidR="0031756C" w:rsidRDefault="0031756C" w:rsidP="0031756C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</w:rPr>
              <w:t>after : Clean wall near SGMH.</w:t>
            </w:r>
          </w:p>
          <w:p w:rsidR="00131061" w:rsidRDefault="00131061" w:rsidP="0031756C">
            <w:pPr>
              <w:pStyle w:val="NormalWeb"/>
              <w:jc w:val="both"/>
              <w:rPr>
                <w:noProof/>
              </w:rPr>
            </w:pPr>
          </w:p>
        </w:tc>
      </w:tr>
      <w:tr w:rsidR="0031756C" w:rsidTr="0031756C">
        <w:trPr>
          <w:trHeight w:val="429"/>
        </w:trPr>
        <w:tc>
          <w:tcPr>
            <w:tcW w:w="0" w:type="auto"/>
            <w:gridSpan w:val="4"/>
          </w:tcPr>
          <w:p w:rsidR="0031756C" w:rsidRDefault="0031756C" w:rsidP="0031756C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Swachhata pledge was taken by all cadre of staff of SGMH </w:t>
            </w:r>
          </w:p>
        </w:tc>
      </w:tr>
      <w:tr w:rsidR="0031756C" w:rsidTr="0031756C">
        <w:trPr>
          <w:trHeight w:val="3877"/>
        </w:trPr>
        <w:tc>
          <w:tcPr>
            <w:tcW w:w="0" w:type="auto"/>
          </w:tcPr>
          <w:p w:rsidR="0031756C" w:rsidRDefault="0031756C" w:rsidP="0031756C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44450</wp:posOffset>
                  </wp:positionV>
                  <wp:extent cx="3049270" cy="3191510"/>
                  <wp:effectExtent l="19050" t="0" r="0" b="0"/>
                  <wp:wrapTopAndBottom/>
                  <wp:docPr id="36" name="Picture 6" descr="C:\Users\QUALITY CELL\Downloads\WhatsApp Image 2025-08-01 at 12.15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UALITY CELL\Downloads\WhatsApp Image 2025-08-01 at 12.15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319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3"/>
          </w:tcPr>
          <w:p w:rsidR="0031756C" w:rsidRDefault="0031756C" w:rsidP="0031756C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44450</wp:posOffset>
                  </wp:positionV>
                  <wp:extent cx="3145790" cy="3191510"/>
                  <wp:effectExtent l="19050" t="0" r="0" b="0"/>
                  <wp:wrapTopAndBottom/>
                  <wp:docPr id="37" name="Picture 85" descr="C:\Users\QUALITY CELL\Downloads\WhatsApp Image 2025-08-01 at 12.01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QUALITY CELL\Downloads\WhatsApp Image 2025-08-01 at 12.01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19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756C" w:rsidTr="0031756C">
        <w:trPr>
          <w:trHeight w:val="624"/>
        </w:trPr>
        <w:tc>
          <w:tcPr>
            <w:tcW w:w="0" w:type="auto"/>
          </w:tcPr>
          <w:p w:rsidR="0031756C" w:rsidRDefault="0031756C" w:rsidP="0031756C">
            <w:pPr>
              <w:pStyle w:val="NormalWeb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</wp:posOffset>
                  </wp:positionV>
                  <wp:extent cx="2961005" cy="3850640"/>
                  <wp:effectExtent l="19050" t="0" r="0" b="0"/>
                  <wp:wrapTopAndBottom/>
                  <wp:docPr id="38" name="Picture 7" descr="C:\Users\QUALITY CELL\Downloads\WhatsApp Image 2025-08-01 at 12.01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8-01 at 12.01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5" cy="385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56C" w:rsidRDefault="0031756C" w:rsidP="0031756C">
            <w:pPr>
              <w:jc w:val="both"/>
            </w:pPr>
          </w:p>
        </w:tc>
        <w:tc>
          <w:tcPr>
            <w:tcW w:w="0" w:type="auto"/>
            <w:gridSpan w:val="3"/>
          </w:tcPr>
          <w:p w:rsidR="0031756C" w:rsidRDefault="00B243E3" w:rsidP="0031756C">
            <w:pPr>
              <w:pStyle w:val="NormalWeb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3175</wp:posOffset>
                  </wp:positionV>
                  <wp:extent cx="3225165" cy="4026535"/>
                  <wp:effectExtent l="19050" t="0" r="0" b="0"/>
                  <wp:wrapTopAndBottom/>
                  <wp:docPr id="39" name="Picture 10" descr="C:\Users\QUALITY CELL\Downloads\WhatsApp Image 2025-08-01 at 12.01.0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UALITY CELL\Downloads\WhatsApp Image 2025-08-01 at 12.01.0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402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756C" w:rsidRDefault="0031756C" w:rsidP="0031756C">
            <w:pPr>
              <w:pStyle w:val="NormalWeb"/>
              <w:jc w:val="both"/>
              <w:rPr>
                <w:noProof/>
              </w:rPr>
            </w:pPr>
          </w:p>
        </w:tc>
      </w:tr>
      <w:tr w:rsidR="0031756C" w:rsidTr="00131061">
        <w:trPr>
          <w:trHeight w:val="600"/>
        </w:trPr>
        <w:tc>
          <w:tcPr>
            <w:tcW w:w="0" w:type="auto"/>
            <w:gridSpan w:val="4"/>
          </w:tcPr>
          <w:p w:rsidR="0031756C" w:rsidRDefault="0031756C" w:rsidP="0031756C">
            <w:pPr>
              <w:pStyle w:val="NormalWeb"/>
              <w:rPr>
                <w:noProof/>
              </w:rPr>
            </w:pPr>
            <w:r>
              <w:rPr>
                <w:noProof/>
              </w:rPr>
              <w:t>Plantation of sapling done by various cadres of staff of sgmh.</w:t>
            </w:r>
          </w:p>
          <w:p w:rsidR="00131061" w:rsidRDefault="00131061" w:rsidP="0031756C">
            <w:pPr>
              <w:pStyle w:val="NormalWeb"/>
              <w:rPr>
                <w:noProof/>
              </w:rPr>
            </w:pPr>
          </w:p>
        </w:tc>
      </w:tr>
      <w:tr w:rsidR="00131061" w:rsidTr="00145707">
        <w:trPr>
          <w:trHeight w:val="624"/>
        </w:trPr>
        <w:tc>
          <w:tcPr>
            <w:tcW w:w="0" w:type="auto"/>
            <w:gridSpan w:val="3"/>
          </w:tcPr>
          <w:p w:rsidR="00131061" w:rsidRDefault="00131061" w:rsidP="0031756C">
            <w:pPr>
              <w:pStyle w:val="NormalWeb"/>
              <w:rPr>
                <w:noProof/>
              </w:rPr>
            </w:pPr>
            <w:r>
              <w:rPr>
                <w:noProof/>
              </w:rPr>
              <w:lastRenderedPageBreak/>
              <w:t>SHRAMDAAN AT WORKPLACE AREAS</w:t>
            </w:r>
          </w:p>
          <w:p w:rsidR="00131061" w:rsidRDefault="00131061" w:rsidP="0031756C">
            <w:pPr>
              <w:pStyle w:val="NormalWeb"/>
              <w:rPr>
                <w:noProof/>
              </w:rPr>
            </w:pPr>
            <w:r>
              <w:rPr>
                <w:noProof/>
              </w:rPr>
              <w:t>RECORD ARRANGEMENT-BEFORE</w:t>
            </w:r>
          </w:p>
        </w:tc>
        <w:tc>
          <w:tcPr>
            <w:tcW w:w="0" w:type="auto"/>
          </w:tcPr>
          <w:p w:rsidR="00131061" w:rsidRDefault="00131061" w:rsidP="00131061">
            <w:pPr>
              <w:pStyle w:val="NormalWeb"/>
              <w:rPr>
                <w:noProof/>
              </w:rPr>
            </w:pPr>
            <w:r>
              <w:rPr>
                <w:noProof/>
              </w:rPr>
              <w:t>SHRAMDAAN AT WORKPLACE AREAS</w:t>
            </w:r>
          </w:p>
          <w:p w:rsidR="00131061" w:rsidRDefault="00131061" w:rsidP="00131061">
            <w:pPr>
              <w:pStyle w:val="NormalWeb"/>
              <w:rPr>
                <w:noProof/>
              </w:rPr>
            </w:pPr>
            <w:r>
              <w:rPr>
                <w:noProof/>
              </w:rPr>
              <w:t>RECORD ARRANGEMENT-AFTER</w:t>
            </w:r>
          </w:p>
        </w:tc>
      </w:tr>
      <w:tr w:rsidR="00B243E3" w:rsidTr="00145707">
        <w:trPr>
          <w:trHeight w:val="624"/>
        </w:trPr>
        <w:tc>
          <w:tcPr>
            <w:tcW w:w="0" w:type="auto"/>
            <w:gridSpan w:val="3"/>
          </w:tcPr>
          <w:p w:rsidR="00B243E3" w:rsidRDefault="00B243E3" w:rsidP="0031756C">
            <w:pPr>
              <w:pStyle w:val="NormalWeb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952750" cy="4059681"/>
                  <wp:effectExtent l="19050" t="0" r="0" b="0"/>
                  <wp:docPr id="21" name="Picture 3" descr="C:\Users\QUALITY CELL\Downloads\WhatsApp Image 2025-08-01 at 11.15.0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UALITY CELL\Downloads\WhatsApp Image 2025-08-01 at 11.15.0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60" cy="406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243E3" w:rsidRDefault="00B243E3" w:rsidP="0031756C">
            <w:pPr>
              <w:pStyle w:val="NormalWeb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182816" cy="4009292"/>
                  <wp:effectExtent l="19050" t="0" r="0" b="0"/>
                  <wp:docPr id="22" name="Picture 4" descr="C:\Users\QUALITY CELL\Downloads\WhatsApp Image 2025-08-01 at 11.15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8-01 at 11.15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16" cy="401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DF" w:rsidTr="001E4C71">
        <w:trPr>
          <w:trHeight w:val="624"/>
        </w:trPr>
        <w:tc>
          <w:tcPr>
            <w:tcW w:w="0" w:type="auto"/>
            <w:gridSpan w:val="2"/>
          </w:tcPr>
          <w:p w:rsidR="002F38DF" w:rsidRDefault="002F38DF" w:rsidP="0031756C">
            <w:pPr>
              <w:pStyle w:val="NormalWeb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093427" cy="2233246"/>
                  <wp:effectExtent l="19050" t="0" r="0" b="0"/>
                  <wp:docPr id="9" name="Picture 1" descr="C:\Users\QUALITY CELL\Downloads\WhatsApp Image 2025-08-01 at 2.52.3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8-01 at 2.52.3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126" cy="223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2F38DF" w:rsidRDefault="002F38DF" w:rsidP="0031756C">
            <w:pPr>
              <w:pStyle w:val="NormalWeb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207727" cy="2233246"/>
                  <wp:effectExtent l="19050" t="0" r="0" b="0"/>
                  <wp:docPr id="10" name="Picture 2" descr="C:\Users\QUALITY CELL\Downloads\WhatsApp Image 2025-08-01 at 2.52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UALITY CELL\Downloads\WhatsApp Image 2025-08-01 at 2.52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32" cy="223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061" w:rsidTr="001E4C71">
        <w:trPr>
          <w:trHeight w:val="624"/>
        </w:trPr>
        <w:tc>
          <w:tcPr>
            <w:tcW w:w="0" w:type="auto"/>
            <w:gridSpan w:val="2"/>
          </w:tcPr>
          <w:p w:rsidR="00131061" w:rsidRDefault="00131061" w:rsidP="00131061">
            <w:pPr>
              <w:pStyle w:val="NormalWeb"/>
              <w:rPr>
                <w:noProof/>
              </w:rPr>
            </w:pPr>
            <w:r>
              <w:rPr>
                <w:noProof/>
              </w:rPr>
              <w:t xml:space="preserve">SHRAMDAAN AT WORKPLACE AREAS-PRUNING </w:t>
            </w:r>
          </w:p>
          <w:p w:rsidR="00131061" w:rsidRDefault="00131061" w:rsidP="0031756C">
            <w:pPr>
              <w:pStyle w:val="NormalWeb"/>
              <w:rPr>
                <w:noProof/>
              </w:rPr>
            </w:pPr>
          </w:p>
          <w:p w:rsidR="00131061" w:rsidRDefault="00131061" w:rsidP="0031756C">
            <w:pPr>
              <w:pStyle w:val="NormalWeb"/>
              <w:rPr>
                <w:noProof/>
              </w:rPr>
            </w:pPr>
          </w:p>
        </w:tc>
        <w:tc>
          <w:tcPr>
            <w:tcW w:w="0" w:type="auto"/>
            <w:gridSpan w:val="2"/>
          </w:tcPr>
          <w:p w:rsidR="00131061" w:rsidRDefault="00131061" w:rsidP="00131061">
            <w:pPr>
              <w:pStyle w:val="NormalWeb"/>
              <w:rPr>
                <w:noProof/>
              </w:rPr>
            </w:pPr>
            <w:r>
              <w:rPr>
                <w:noProof/>
              </w:rPr>
              <w:t>SHRAMDAAN AT WORKPLACE AREAS- PRUNING</w:t>
            </w:r>
          </w:p>
          <w:p w:rsidR="00131061" w:rsidRDefault="00131061" w:rsidP="0031756C">
            <w:pPr>
              <w:pStyle w:val="NormalWeb"/>
              <w:rPr>
                <w:noProof/>
              </w:rPr>
            </w:pPr>
          </w:p>
        </w:tc>
      </w:tr>
    </w:tbl>
    <w:p w:rsidR="0031756C" w:rsidRDefault="0031756C" w:rsidP="008A1728">
      <w:pPr>
        <w:jc w:val="both"/>
      </w:pPr>
    </w:p>
    <w:p w:rsidR="00131061" w:rsidRDefault="00131061" w:rsidP="008A1728">
      <w:pPr>
        <w:jc w:val="both"/>
      </w:pPr>
    </w:p>
    <w:p w:rsidR="00131061" w:rsidRDefault="00131061" w:rsidP="008A1728">
      <w:pPr>
        <w:jc w:val="both"/>
      </w:pPr>
    </w:p>
    <w:p w:rsidR="00497D30" w:rsidRPr="008A1728" w:rsidRDefault="008A1728" w:rsidP="008A1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D3FDF">
        <w:rPr>
          <w:b/>
        </w:rPr>
        <w:lastRenderedPageBreak/>
        <w:t>Details (50–100 words)</w:t>
      </w:r>
      <w:r w:rsidR="00756A89" w:rsidRPr="00FD3FDF">
        <w:rPr>
          <w:b/>
        </w:rPr>
        <w:t>:</w:t>
      </w:r>
      <w:r w:rsidR="00756A89">
        <w:t xml:space="preserve"> As</w:t>
      </w:r>
      <w:r>
        <w:t xml:space="preserve"> part of the Swacchata Campaign, Sanjay Gandhi Memorial Hospital organized a cleanliness drive on 1st August 2025 under the initiative “</w:t>
      </w:r>
      <w:proofErr w:type="spellStart"/>
      <w:r w:rsidR="005D581F" w:rsidRPr="005D581F">
        <w:rPr>
          <w:rFonts w:ascii="Nirmala UI" w:hAnsi="Nirmala UI" w:cs="Nirmala UI"/>
        </w:rPr>
        <w:t>दिल्ली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को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कूड़े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से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आज़ादी</w:t>
      </w:r>
      <w:proofErr w:type="spellEnd"/>
      <w:r>
        <w:t xml:space="preserve">”. </w:t>
      </w:r>
      <w:r w:rsidR="00756A89">
        <w:t xml:space="preserve"> </w:t>
      </w:r>
      <w:proofErr w:type="spellStart"/>
      <w:r w:rsidR="00756A89">
        <w:t>Inaugral</w:t>
      </w:r>
      <w:proofErr w:type="spellEnd"/>
      <w:r w:rsidR="00756A89">
        <w:t xml:space="preserve"> ceremony was started by taking pledge by various categories of staff of SGMH. </w:t>
      </w:r>
      <w:r>
        <w:t xml:space="preserve">Staff and volunteers participated in Shramdaan to clean and sanitize key areas of the hospital. Waste materials were collected and disposed of properly, ensuring a cleaner and healthier environment for patients and visitors. The activity also aimed to spread awareness about maintaining hygiene and preventing disease through </w:t>
      </w:r>
      <w:r w:rsidR="00756A89">
        <w:t>cleanliness. Plantation of saplings was also done by staff of SGMH.</w:t>
      </w:r>
    </w:p>
    <w:p w:rsidR="00F37DF0" w:rsidRDefault="00F37DF0" w:rsidP="008A1728">
      <w:pPr>
        <w:jc w:val="both"/>
      </w:pPr>
    </w:p>
    <w:p w:rsidR="00497D30" w:rsidRDefault="008A1728" w:rsidP="008A1728">
      <w:pPr>
        <w:jc w:val="both"/>
      </w:pPr>
      <w:r>
        <w:t>Photos of the activity have been labeled and attached for identification.</w:t>
      </w:r>
    </w:p>
    <w:p w:rsidR="00140DEC" w:rsidRDefault="00B7388D" w:rsidP="00B7388D">
      <w:pPr>
        <w:jc w:val="right"/>
      </w:pPr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 wp14:anchorId="3409437B">
            <wp:extent cx="853440" cy="1042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88D" w:rsidRDefault="00B7388D" w:rsidP="00934151">
      <w:pPr>
        <w:jc w:val="right"/>
      </w:pPr>
      <w:r w:rsidRPr="00B7388D">
        <w:t>SIGNATURE:</w:t>
      </w:r>
    </w:p>
    <w:p w:rsidR="00140DEC" w:rsidRDefault="00B7388D" w:rsidP="00934151">
      <w:pPr>
        <w:jc w:val="right"/>
      </w:pPr>
      <w:proofErr w:type="spellStart"/>
      <w:r>
        <w:t>H.O.O._Deputy</w:t>
      </w:r>
      <w:proofErr w:type="spellEnd"/>
      <w:r>
        <w:t xml:space="preserve"> Medical Superintendent (Admin)</w:t>
      </w:r>
    </w:p>
    <w:p w:rsidR="00140DEC" w:rsidRDefault="00B7388D" w:rsidP="00934151">
      <w:pPr>
        <w:jc w:val="right"/>
      </w:pPr>
      <w:r>
        <w:t xml:space="preserve">NAME: Dr. </w:t>
      </w:r>
      <w:proofErr w:type="spellStart"/>
      <w:r>
        <w:t>Sumita</w:t>
      </w:r>
      <w:proofErr w:type="spellEnd"/>
      <w:r>
        <w:t xml:space="preserve"> </w:t>
      </w:r>
      <w:proofErr w:type="spellStart"/>
      <w:r>
        <w:t>Saha</w:t>
      </w:r>
      <w:proofErr w:type="spellEnd"/>
      <w:r>
        <w:t xml:space="preserve"> </w:t>
      </w:r>
      <w:proofErr w:type="spellStart"/>
      <w:r>
        <w:t>Kanwar</w:t>
      </w:r>
      <w:proofErr w:type="spellEnd"/>
    </w:p>
    <w:sectPr w:rsidR="00140DEC" w:rsidSect="007E3F08">
      <w:pgSz w:w="12240" w:h="15840" w:code="1"/>
      <w:pgMar w:top="851" w:right="1230" w:bottom="851" w:left="1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47730"/>
    <w:rsid w:val="00034616"/>
    <w:rsid w:val="0006063C"/>
    <w:rsid w:val="00131061"/>
    <w:rsid w:val="00140DEC"/>
    <w:rsid w:val="0015074B"/>
    <w:rsid w:val="001E0D69"/>
    <w:rsid w:val="0029639D"/>
    <w:rsid w:val="002F38DF"/>
    <w:rsid w:val="0031756C"/>
    <w:rsid w:val="00326F90"/>
    <w:rsid w:val="004034B7"/>
    <w:rsid w:val="0042390D"/>
    <w:rsid w:val="00441574"/>
    <w:rsid w:val="00497D30"/>
    <w:rsid w:val="005D581F"/>
    <w:rsid w:val="00625980"/>
    <w:rsid w:val="00653D0F"/>
    <w:rsid w:val="00756A89"/>
    <w:rsid w:val="007E3F08"/>
    <w:rsid w:val="008A1728"/>
    <w:rsid w:val="00934151"/>
    <w:rsid w:val="00AA1D8D"/>
    <w:rsid w:val="00AA3E3A"/>
    <w:rsid w:val="00B243E3"/>
    <w:rsid w:val="00B3037C"/>
    <w:rsid w:val="00B47730"/>
    <w:rsid w:val="00B7388D"/>
    <w:rsid w:val="00BC174A"/>
    <w:rsid w:val="00C32C1E"/>
    <w:rsid w:val="00CB0664"/>
    <w:rsid w:val="00F37DF0"/>
    <w:rsid w:val="00FC0DB7"/>
    <w:rsid w:val="00FC693F"/>
    <w:rsid w:val="00FD3FDF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7203666-C8A1-4108-9EC5-72992AB0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ghtList1">
    <w:name w:val="Light List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1">
    <w:name w:val="Light Grid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1">
    <w:name w:val="Medium Shading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1">
    <w:name w:val="Medium Lis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1">
    <w:name w:val="Medium Grid 1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1">
    <w:name w:val="Dark List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1">
    <w:name w:val="Colorful Shading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1">
    <w:name w:val="Colorful List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1">
    <w:name w:val="Colorful Grid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42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file:///C:\Users\QUALITY%20CELL\Downloads\WhatsApp%20Image%202025-08-01%20at%2012.15.58%20PM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126623-84E3-48F2-A2B1-CF46A7AC0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 office</cp:lastModifiedBy>
  <cp:revision>18</cp:revision>
  <cp:lastPrinted>2025-08-01T09:10:00Z</cp:lastPrinted>
  <dcterms:created xsi:type="dcterms:W3CDTF">2013-12-23T23:15:00Z</dcterms:created>
  <dcterms:modified xsi:type="dcterms:W3CDTF">2025-08-01T10:05:00Z</dcterms:modified>
  <cp:category/>
</cp:coreProperties>
</file>